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03971" w14:textId="62F1BBF0" w:rsidR="009A1A22" w:rsidRPr="00F7271D" w:rsidRDefault="009E317C" w:rsidP="00F7271D">
      <w:pPr>
        <w:jc w:val="center"/>
      </w:pPr>
      <w:r>
        <w:t>KOP SURAT SEKOLAH/MADRASAH</w:t>
      </w:r>
      <w:r>
        <w:br/>
      </w:r>
      <w:r>
        <w:br/>
      </w:r>
      <w:r w:rsidRPr="00840246">
        <w:rPr>
          <w:b/>
          <w:bCs/>
        </w:rPr>
        <w:t>SURAT REKOMENDASI</w:t>
      </w:r>
      <w:r w:rsidRPr="00840246">
        <w:rPr>
          <w:b/>
          <w:bCs/>
        </w:rPr>
        <w:br/>
        <w:t>Nomor : ........................................</w:t>
      </w:r>
    </w:p>
    <w:p w14:paraId="7E5054F6" w14:textId="6B6FF502" w:rsidR="00840246" w:rsidRDefault="009E317C" w:rsidP="00840246">
      <w:r>
        <w:br/>
        <w:t>Yang bertanda tangan di bawah ini:</w:t>
      </w:r>
      <w:r>
        <w:br/>
      </w:r>
      <w:r>
        <w:br/>
        <w:t>Nama Kepala Sekolah/Madrasah</w:t>
      </w:r>
      <w:r w:rsidR="00840246">
        <w:tab/>
      </w:r>
      <w:r>
        <w:t>: ........................................</w:t>
      </w:r>
      <w:r>
        <w:br/>
        <w:t xml:space="preserve">NIP                        </w:t>
      </w:r>
      <w:r w:rsidR="00840246">
        <w:tab/>
      </w:r>
      <w:r w:rsidR="00840246">
        <w:tab/>
      </w:r>
      <w:r w:rsidR="00840246">
        <w:tab/>
      </w:r>
      <w:r>
        <w:t>: ........................................</w:t>
      </w:r>
      <w:r>
        <w:br/>
        <w:t xml:space="preserve">Jabatan                     </w:t>
      </w:r>
      <w:r w:rsidR="00840246">
        <w:tab/>
      </w:r>
      <w:r w:rsidR="00840246">
        <w:tab/>
      </w:r>
      <w:r w:rsidR="00840246">
        <w:tab/>
      </w:r>
      <w:r>
        <w:t xml:space="preserve">: </w:t>
      </w:r>
      <w:r w:rsidR="00840246">
        <w:t>…………………………..</w:t>
      </w:r>
      <w:r>
        <w:br/>
        <w:t xml:space="preserve">Nama Sekolah/Madrasah       </w:t>
      </w:r>
      <w:r w:rsidR="00840246">
        <w:tab/>
      </w:r>
      <w:r w:rsidR="00840246">
        <w:tab/>
      </w:r>
      <w:r>
        <w:t>: ........................................</w:t>
      </w:r>
      <w:r>
        <w:br/>
        <w:t xml:space="preserve">Alamat Sekolah/Madrasah     </w:t>
      </w:r>
      <w:r w:rsidR="00840246">
        <w:tab/>
      </w:r>
      <w:r w:rsidR="00840246">
        <w:tab/>
      </w:r>
      <w:r>
        <w:t>: ........................................</w:t>
      </w:r>
      <w:r>
        <w:br/>
      </w:r>
      <w:r>
        <w:br/>
        <w:t>Dengan ini memberikan rekomendasi kepada:</w:t>
      </w:r>
      <w:r>
        <w:br/>
      </w:r>
      <w:r>
        <w:br/>
        <w:t xml:space="preserve">Nama Siswa                 </w:t>
      </w:r>
      <w:r w:rsidR="00840246">
        <w:tab/>
      </w:r>
      <w:r>
        <w:t xml:space="preserve"> </w:t>
      </w:r>
      <w:r w:rsidR="00840246">
        <w:tab/>
      </w:r>
      <w:r w:rsidR="00840246">
        <w:tab/>
      </w:r>
      <w:r>
        <w:t>: ........................................</w:t>
      </w:r>
      <w:r>
        <w:br/>
        <w:t xml:space="preserve">Tempat, Tanggal Lahir       </w:t>
      </w:r>
      <w:r w:rsidR="00840246">
        <w:tab/>
      </w:r>
      <w:r w:rsidR="00840246">
        <w:tab/>
      </w:r>
      <w:r>
        <w:t>: ........................................</w:t>
      </w:r>
      <w:r>
        <w:br/>
        <w:t xml:space="preserve">NISN                        </w:t>
      </w:r>
      <w:r w:rsidR="00840246">
        <w:tab/>
      </w:r>
      <w:r w:rsidR="00840246">
        <w:tab/>
      </w:r>
      <w:r w:rsidR="00840246">
        <w:tab/>
      </w:r>
      <w:r>
        <w:t>: ........................................</w:t>
      </w:r>
      <w:r>
        <w:br/>
        <w:t xml:space="preserve">Kelas/Jurusan               </w:t>
      </w:r>
      <w:r w:rsidR="00840246">
        <w:tab/>
      </w:r>
      <w:r w:rsidR="00840246">
        <w:tab/>
      </w:r>
      <w:r w:rsidR="00840246">
        <w:tab/>
      </w:r>
      <w:r>
        <w:t>: ........................................</w:t>
      </w:r>
      <w:r>
        <w:br/>
        <w:t xml:space="preserve">Asal Sekolah/Madrasah       </w:t>
      </w:r>
      <w:r w:rsidR="00840246">
        <w:tab/>
      </w:r>
      <w:r w:rsidR="00840246">
        <w:tab/>
      </w:r>
      <w:r>
        <w:t>: ........................................</w:t>
      </w:r>
      <w:r>
        <w:br/>
      </w:r>
    </w:p>
    <w:p w14:paraId="015039F2" w14:textId="34F0DE65" w:rsidR="00840246" w:rsidRDefault="009E317C" w:rsidP="00840246">
      <w:pPr>
        <w:jc w:val="both"/>
      </w:pPr>
      <w:r>
        <w:t>Siswa tersebut merupakan peserta didik yang berprestasi, berkelakuan baik, memiliki motivasi belajar yang tinggi, serta aktif dalam kegiatan akademik dan/atau nonakademik di sekolah. Berdasarkan hasil penilaian dan pertimbangan kami, yang bersangkutan layak dan direkomendasikan untuk mengikuti Seleksi Penerimaan Mahasiswa Baru (SPMB) Jalur Prestasi Poltekkes Kemenkes Sorong Tahun Akademik 2026/2027.</w:t>
      </w:r>
    </w:p>
    <w:p w14:paraId="086F0372" w14:textId="77777777" w:rsidR="00840246" w:rsidRDefault="009E317C" w:rsidP="00840246">
      <w:pPr>
        <w:jc w:val="both"/>
      </w:pPr>
      <w:r>
        <w:t>Demikian surat rekomendasi ini kami buat dengan sebenarnya untuk dapat dipergunakan sebagaimanamestinya.</w:t>
      </w:r>
    </w:p>
    <w:p w14:paraId="1BED32D8" w14:textId="77777777" w:rsidR="00840246" w:rsidRDefault="009E317C" w:rsidP="00840246">
      <w:r>
        <w:br/>
        <w:t>Atas perhatian Bapak/Ibu, kami ucapkan terima kasih.</w:t>
      </w:r>
      <w:r>
        <w:br/>
      </w:r>
      <w:r>
        <w:br/>
        <w:t>Tempat, .................... 2026</w:t>
      </w:r>
      <w:r>
        <w:br/>
      </w:r>
      <w:r>
        <w:br/>
        <w:t>Kepala Sekolah/Madrasah</w:t>
      </w:r>
      <w:r>
        <w:br/>
      </w:r>
      <w:r>
        <w:br/>
      </w:r>
    </w:p>
    <w:p w14:paraId="595873B3" w14:textId="3A847D85" w:rsidR="00F7271D" w:rsidRDefault="009E317C" w:rsidP="00840246">
      <w:r>
        <w:t>( Tanda Tangan &amp; Stempel )</w:t>
      </w:r>
      <w:r>
        <w:br/>
      </w:r>
      <w:r>
        <w:br/>
        <w:t>Nama Kepala Sekolah/Madrasah</w:t>
      </w:r>
      <w:r>
        <w:br/>
        <w:t>NIP. ........................................</w:t>
      </w:r>
      <w:r>
        <w:br/>
      </w:r>
    </w:p>
    <w:p w14:paraId="07D0337B" w14:textId="77777777" w:rsidR="00F7271D" w:rsidRDefault="00F7271D">
      <w:r>
        <w:br w:type="page"/>
      </w:r>
    </w:p>
    <w:p w14:paraId="0703681F" w14:textId="77777777" w:rsidR="00F7271D" w:rsidRPr="0020090D" w:rsidRDefault="00F7271D" w:rsidP="00F7271D">
      <w:pPr>
        <w:spacing w:after="0"/>
        <w:jc w:val="center"/>
        <w:rPr>
          <w:b/>
          <w:bCs/>
        </w:rPr>
      </w:pPr>
      <w:r w:rsidRPr="0020090D">
        <w:rPr>
          <w:b/>
          <w:bCs/>
        </w:rPr>
        <w:lastRenderedPageBreak/>
        <w:t>SURAT PERNYATAAN KEASLIAN BERKAS</w:t>
      </w:r>
    </w:p>
    <w:p w14:paraId="28BE32CC" w14:textId="77777777" w:rsidR="00F7271D" w:rsidRPr="0020090D" w:rsidRDefault="00F7271D" w:rsidP="00F7271D">
      <w:pPr>
        <w:spacing w:after="0"/>
        <w:jc w:val="center"/>
        <w:rPr>
          <w:b/>
          <w:bCs/>
        </w:rPr>
      </w:pPr>
      <w:r w:rsidRPr="0020090D">
        <w:rPr>
          <w:b/>
          <w:bCs/>
        </w:rPr>
        <w:t>PENERIMAAN MAHASISWA BARU (PMB) JALUR PRESTASI</w:t>
      </w:r>
    </w:p>
    <w:p w14:paraId="23AF852B" w14:textId="77777777" w:rsidR="00F7271D" w:rsidRPr="0020090D" w:rsidRDefault="00F7271D" w:rsidP="00F7271D">
      <w:pPr>
        <w:spacing w:after="0"/>
        <w:jc w:val="center"/>
        <w:rPr>
          <w:b/>
          <w:bCs/>
        </w:rPr>
      </w:pPr>
      <w:r w:rsidRPr="0020090D">
        <w:rPr>
          <w:b/>
          <w:bCs/>
        </w:rPr>
        <w:t>POLTEKKES KEMENKES SORONG</w:t>
      </w:r>
    </w:p>
    <w:p w14:paraId="66AA9E36" w14:textId="1F9479EC" w:rsidR="009A1A22" w:rsidRPr="0020090D" w:rsidRDefault="00F7271D" w:rsidP="00F7271D">
      <w:pPr>
        <w:spacing w:after="0"/>
        <w:jc w:val="center"/>
        <w:rPr>
          <w:b/>
          <w:bCs/>
        </w:rPr>
      </w:pPr>
      <w:r w:rsidRPr="0020090D">
        <w:rPr>
          <w:b/>
          <w:bCs/>
        </w:rPr>
        <w:t>TAHUN AKADEMIK 2026/2027</w:t>
      </w:r>
    </w:p>
    <w:p w14:paraId="3CB4B181" w14:textId="77777777" w:rsidR="00F7271D" w:rsidRDefault="00F7271D" w:rsidP="00F7271D">
      <w:pPr>
        <w:spacing w:after="0"/>
        <w:jc w:val="center"/>
      </w:pPr>
    </w:p>
    <w:p w14:paraId="381973D2" w14:textId="2760D0D9" w:rsidR="0020090D" w:rsidRPr="0020090D" w:rsidRDefault="0020090D" w:rsidP="0020090D">
      <w:pPr>
        <w:spacing w:after="0"/>
      </w:pPr>
      <w:r w:rsidRPr="0020090D">
        <w:t>Yang bertanda tangan di bawah ini</w:t>
      </w:r>
      <w:r>
        <w:tab/>
      </w:r>
      <w:r w:rsidRPr="0020090D">
        <w:t>:</w:t>
      </w:r>
    </w:p>
    <w:p w14:paraId="437D0BDE" w14:textId="22D56B76" w:rsidR="0020090D" w:rsidRPr="0020090D" w:rsidRDefault="0020090D" w:rsidP="00982073">
      <w:pPr>
        <w:spacing w:after="0" w:line="360" w:lineRule="auto"/>
      </w:pPr>
      <w:r w:rsidRPr="0020090D">
        <w:t xml:space="preserve">Nama Lengkap </w:t>
      </w:r>
      <w:r>
        <w:tab/>
      </w:r>
      <w:r>
        <w:tab/>
      </w:r>
      <w:r>
        <w:tab/>
      </w:r>
      <w:r w:rsidRPr="0020090D">
        <w:t>: .................................................................</w:t>
      </w:r>
      <w:r w:rsidRPr="0020090D">
        <w:br/>
        <w:t xml:space="preserve">Tempat, Tanggal Lahir </w:t>
      </w:r>
      <w:r>
        <w:tab/>
      </w:r>
      <w:r>
        <w:tab/>
      </w:r>
      <w:r>
        <w:tab/>
      </w:r>
      <w:r w:rsidRPr="0020090D">
        <w:t>: .................................................................</w:t>
      </w:r>
      <w:r w:rsidRPr="0020090D">
        <w:br/>
        <w:t xml:space="preserve">NISN </w:t>
      </w:r>
      <w:r>
        <w:tab/>
      </w:r>
      <w:r>
        <w:tab/>
      </w:r>
      <w:r>
        <w:tab/>
      </w:r>
      <w:r>
        <w:tab/>
      </w:r>
      <w:r>
        <w:tab/>
      </w:r>
      <w:r w:rsidRPr="0020090D">
        <w:t>: .................................................................</w:t>
      </w:r>
      <w:r w:rsidRPr="0020090D">
        <w:br/>
        <w:t xml:space="preserve">Alamat </w:t>
      </w:r>
      <w:r>
        <w:tab/>
      </w:r>
      <w:r>
        <w:tab/>
      </w:r>
      <w:r>
        <w:tab/>
      </w:r>
      <w:r>
        <w:tab/>
      </w:r>
      <w:r>
        <w:tab/>
      </w:r>
      <w:r w:rsidRPr="0020090D">
        <w:t>: .................................................................</w:t>
      </w:r>
      <w:r w:rsidRPr="0020090D">
        <w:br/>
        <w:t xml:space="preserve">Asal Sekolah/Madrasah </w:t>
      </w:r>
      <w:r>
        <w:tab/>
      </w:r>
      <w:r>
        <w:tab/>
      </w:r>
      <w:r w:rsidRPr="0020090D">
        <w:t>: .................................................................</w:t>
      </w:r>
      <w:r w:rsidRPr="0020090D">
        <w:br/>
        <w:t xml:space="preserve">Nomor HP </w:t>
      </w:r>
      <w:r>
        <w:tab/>
      </w:r>
      <w:r>
        <w:tab/>
      </w:r>
      <w:r>
        <w:tab/>
      </w:r>
      <w:r>
        <w:tab/>
      </w:r>
      <w:r w:rsidRPr="0020090D">
        <w:t>: .................................................................</w:t>
      </w:r>
    </w:p>
    <w:p w14:paraId="3AC60A86" w14:textId="77777777" w:rsidR="0020090D" w:rsidRDefault="0020090D" w:rsidP="0020090D">
      <w:pPr>
        <w:spacing w:after="0"/>
      </w:pPr>
    </w:p>
    <w:p w14:paraId="2F3D0F8D" w14:textId="70885F89" w:rsidR="0020090D" w:rsidRDefault="0020090D" w:rsidP="0020090D">
      <w:pPr>
        <w:spacing w:after="0"/>
        <w:jc w:val="both"/>
      </w:pPr>
      <w:r w:rsidRPr="0020090D">
        <w:t xml:space="preserve">Dengan ini menyatakan dengan sesungguhnya bahwa </w:t>
      </w:r>
      <w:r w:rsidRPr="0020090D">
        <w:rPr>
          <w:b/>
          <w:bCs/>
        </w:rPr>
        <w:t>seluruh dokumen/berkas persyaratan</w:t>
      </w:r>
      <w:r w:rsidRPr="0020090D">
        <w:t xml:space="preserve"> yang saya unggah dan/atau saya serahkan dalam rangka </w:t>
      </w:r>
      <w:r w:rsidRPr="0020090D">
        <w:rPr>
          <w:b/>
          <w:bCs/>
        </w:rPr>
        <w:t>Penerimaan Mahasiswa Baru (PMB) Jalur Prestasi Poltekkes Kemenkes Sorong Tahun Akademik 2026/2027</w:t>
      </w:r>
      <w:r w:rsidRPr="0020090D">
        <w:t xml:space="preserve"> adalah </w:t>
      </w:r>
      <w:r w:rsidRPr="0020090D">
        <w:rPr>
          <w:b/>
          <w:bCs/>
        </w:rPr>
        <w:t>benar, asli, dan dapat dipertanggungjawabkan keabsahannya</w:t>
      </w:r>
      <w:r w:rsidRPr="0020090D">
        <w:t>.</w:t>
      </w:r>
    </w:p>
    <w:p w14:paraId="289063E8" w14:textId="77777777" w:rsidR="0020090D" w:rsidRPr="0020090D" w:rsidRDefault="0020090D" w:rsidP="0020090D">
      <w:pPr>
        <w:spacing w:after="0"/>
        <w:jc w:val="both"/>
      </w:pPr>
    </w:p>
    <w:p w14:paraId="548A6E23" w14:textId="77777777" w:rsidR="0020090D" w:rsidRPr="0020090D" w:rsidRDefault="0020090D" w:rsidP="0020090D">
      <w:pPr>
        <w:spacing w:after="0"/>
        <w:jc w:val="both"/>
      </w:pPr>
      <w:r w:rsidRPr="0020090D">
        <w:t xml:space="preserve">Apabila di kemudian hari terbukti bahwa data dan/atau berkas yang saya sampaikan </w:t>
      </w:r>
      <w:r w:rsidRPr="0020090D">
        <w:rPr>
          <w:b/>
          <w:bCs/>
        </w:rPr>
        <w:t>tidak benar, palsu, atau dimanipulasi</w:t>
      </w:r>
      <w:r w:rsidRPr="0020090D">
        <w:t xml:space="preserve">, maka saya </w:t>
      </w:r>
      <w:r w:rsidRPr="0020090D">
        <w:rPr>
          <w:b/>
          <w:bCs/>
        </w:rPr>
        <w:t>bersedia menerima sanksi</w:t>
      </w:r>
      <w:r w:rsidRPr="0020090D">
        <w:t xml:space="preserve"> sesuai ketentuan yang berlaku, termasuk </w:t>
      </w:r>
      <w:r w:rsidRPr="0020090D">
        <w:rPr>
          <w:b/>
          <w:bCs/>
        </w:rPr>
        <w:t>pembatalan kelulusan atau status sebagai mahasiswa Poltekkes Kemenkes Sorong</w:t>
      </w:r>
      <w:r w:rsidRPr="0020090D">
        <w:t>.</w:t>
      </w:r>
    </w:p>
    <w:p w14:paraId="5DB00D5B" w14:textId="77777777" w:rsidR="0020090D" w:rsidRPr="0020090D" w:rsidRDefault="0020090D" w:rsidP="0020090D">
      <w:pPr>
        <w:spacing w:after="0"/>
        <w:jc w:val="both"/>
      </w:pPr>
      <w:r w:rsidRPr="0020090D">
        <w:t>Demikian surat pernyataan ini saya buat dengan sebenar-benarnya dalam keadaan sadar, tanpa paksaan dari pihak manapun, untuk digunakan sebagaimana mestinya.</w:t>
      </w:r>
    </w:p>
    <w:p w14:paraId="45FD3154" w14:textId="2A3079CF" w:rsidR="0020090D" w:rsidRPr="0020090D" w:rsidRDefault="0020090D" w:rsidP="0020090D">
      <w:pPr>
        <w:spacing w:after="0"/>
      </w:pPr>
    </w:p>
    <w:p w14:paraId="1D5A321E" w14:textId="77777777" w:rsidR="0020090D" w:rsidRPr="0020090D" w:rsidRDefault="0020090D" w:rsidP="0020090D">
      <w:pPr>
        <w:spacing w:after="0"/>
      </w:pPr>
      <w:r w:rsidRPr="0020090D">
        <w:t>Tempat, ……………………, 2026</w:t>
      </w:r>
    </w:p>
    <w:p w14:paraId="28417122" w14:textId="77777777" w:rsidR="0020090D" w:rsidRPr="0020090D" w:rsidRDefault="0020090D" w:rsidP="0020090D">
      <w:pPr>
        <w:spacing w:after="0"/>
      </w:pPr>
      <w:r w:rsidRPr="0020090D">
        <w:t>Yang membuat pernyataan,</w:t>
      </w:r>
    </w:p>
    <w:p w14:paraId="5CC7C329" w14:textId="77777777" w:rsidR="0020090D" w:rsidRDefault="0020090D" w:rsidP="0020090D">
      <w:pPr>
        <w:spacing w:after="0"/>
      </w:pPr>
    </w:p>
    <w:p w14:paraId="175B1364" w14:textId="77777777" w:rsidR="0020090D" w:rsidRDefault="0020090D" w:rsidP="0020090D">
      <w:pPr>
        <w:spacing w:after="0"/>
      </w:pPr>
    </w:p>
    <w:p w14:paraId="719DDCB9" w14:textId="7696EEFB" w:rsidR="0020090D" w:rsidRPr="0020090D" w:rsidRDefault="0020090D" w:rsidP="0020090D">
      <w:pPr>
        <w:spacing w:after="0"/>
      </w:pPr>
      <w:r w:rsidRPr="0020090D">
        <w:t>Materai Rp10.000</w:t>
      </w:r>
    </w:p>
    <w:p w14:paraId="4F86BC79" w14:textId="77777777" w:rsidR="0020090D" w:rsidRDefault="0020090D" w:rsidP="0020090D">
      <w:pPr>
        <w:spacing w:after="0"/>
      </w:pPr>
    </w:p>
    <w:p w14:paraId="3FA847BA" w14:textId="77777777" w:rsidR="0020090D" w:rsidRDefault="0020090D" w:rsidP="0020090D">
      <w:pPr>
        <w:spacing w:after="0"/>
      </w:pPr>
    </w:p>
    <w:p w14:paraId="502987F6" w14:textId="7EF95E6C" w:rsidR="0020090D" w:rsidRPr="0020090D" w:rsidRDefault="0020090D" w:rsidP="0020090D">
      <w:pPr>
        <w:spacing w:after="0"/>
      </w:pPr>
      <w:r w:rsidRPr="0020090D">
        <w:t>(tanda tangan)</w:t>
      </w:r>
    </w:p>
    <w:p w14:paraId="6451D1CA" w14:textId="20BDD3BE" w:rsidR="0020090D" w:rsidRPr="0020090D" w:rsidRDefault="0020090D" w:rsidP="0020090D">
      <w:pPr>
        <w:spacing w:after="0"/>
      </w:pPr>
      <w:r w:rsidRPr="0020090D">
        <w:rPr>
          <w:b/>
          <w:bCs/>
        </w:rPr>
        <w:t>Nama Lengkap</w:t>
      </w:r>
      <w:r w:rsidRPr="0020090D">
        <w:br/>
      </w:r>
    </w:p>
    <w:p w14:paraId="5C01DC85" w14:textId="77777777" w:rsidR="00F7271D" w:rsidRDefault="00F7271D" w:rsidP="00F7271D">
      <w:pPr>
        <w:spacing w:after="0"/>
        <w:jc w:val="both"/>
      </w:pPr>
    </w:p>
    <w:sectPr w:rsidR="00F7271D" w:rsidSect="00840246">
      <w:pgSz w:w="11906" w:h="16838" w:code="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5B600D8"/>
    <w:multiLevelType w:val="multilevel"/>
    <w:tmpl w:val="21E23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0532919">
    <w:abstractNumId w:val="8"/>
  </w:num>
  <w:num w:numId="2" w16cid:durableId="827290571">
    <w:abstractNumId w:val="6"/>
  </w:num>
  <w:num w:numId="3" w16cid:durableId="441077352">
    <w:abstractNumId w:val="5"/>
  </w:num>
  <w:num w:numId="4" w16cid:durableId="1215658654">
    <w:abstractNumId w:val="4"/>
  </w:num>
  <w:num w:numId="5" w16cid:durableId="836503578">
    <w:abstractNumId w:val="7"/>
  </w:num>
  <w:num w:numId="6" w16cid:durableId="594438026">
    <w:abstractNumId w:val="3"/>
  </w:num>
  <w:num w:numId="7" w16cid:durableId="1116679024">
    <w:abstractNumId w:val="2"/>
  </w:num>
  <w:num w:numId="8" w16cid:durableId="1897857211">
    <w:abstractNumId w:val="1"/>
  </w:num>
  <w:num w:numId="9" w16cid:durableId="280036014">
    <w:abstractNumId w:val="0"/>
  </w:num>
  <w:num w:numId="10" w16cid:durableId="114347220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0090D"/>
    <w:rsid w:val="0029639D"/>
    <w:rsid w:val="00326F90"/>
    <w:rsid w:val="00840246"/>
    <w:rsid w:val="00982073"/>
    <w:rsid w:val="009A1A22"/>
    <w:rsid w:val="009E317C"/>
    <w:rsid w:val="00AA1D8D"/>
    <w:rsid w:val="00B47730"/>
    <w:rsid w:val="00CB0664"/>
    <w:rsid w:val="00D64672"/>
    <w:rsid w:val="00E3408B"/>
    <w:rsid w:val="00F7271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4767A8"/>
  <w14:defaultImageDpi w14:val="300"/>
  <w15:docId w15:val="{1C83BC80-90FE-4F26-9A29-0443597C4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Satrio Akbar</cp:lastModifiedBy>
  <cp:revision>5</cp:revision>
  <dcterms:created xsi:type="dcterms:W3CDTF">2026-01-20T02:49:00Z</dcterms:created>
  <dcterms:modified xsi:type="dcterms:W3CDTF">2026-01-20T02:54:00Z</dcterms:modified>
  <cp:category/>
</cp:coreProperties>
</file>